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1890"/>
        <w:gridCol w:w="1890"/>
        <w:gridCol w:w="180"/>
        <w:gridCol w:w="1890"/>
        <w:gridCol w:w="1890"/>
        <w:gridCol w:w="180"/>
        <w:gridCol w:w="1890"/>
        <w:gridCol w:w="1890"/>
      </w:tblGrid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" name="Picture 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0" w:name="MedName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Name"/>
                        <w:enabled/>
                        <w:calcOnExit w:val="0"/>
                        <w:textInput>
                          <w:maxLength w:val="44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0"/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1" w:name="MedStrength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Strength"/>
                        <w:enabled/>
                        <w:calcOnExit w:val="0"/>
                        <w:textInput>
                          <w:maxLength w:val="25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1"/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2" w:name="MedForm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Form"/>
                        <w:enabled/>
                        <w:calcOnExit w:val="0"/>
                        <w:textInput>
                          <w:maxLength w:val="20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2"/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" name="Picture 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" name="Picture 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" name="Picture 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" name="Picture 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" name="Picture 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7" name="Picture 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8" name="Picture 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9" name="Picture 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0" name="Picture 1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1" name="Picture 1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2" name="Picture 1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3" name="Picture 1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4" name="Picture 1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5" name="Picture 1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6" name="Picture 1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7" name="Picture 1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8" name="Picture 1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9" name="Picture 1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0" name="Picture 2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1" name="Picture 2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2" name="Picture 2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3" name="Picture 2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4" name="Picture 2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5" name="Picture 2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6" name="Picture 2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7" name="Picture 2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8" name="Picture 2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9" name="Picture 2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0" name="Picture 3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1" name="Picture 3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2" name="Picture 3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3" name="Picture 3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4" name="Picture 3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5" name="Picture 3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6" name="Picture 3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7" name="Picture 3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8" name="Picture 3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9" name="Picture 3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0" name="Picture 4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1" name="Picture 4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2" name="Picture 4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3" name="Picture 4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4" name="Picture 4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5" name="Picture 4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6" name="Picture 4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7" name="Picture 4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8" name="Picture 4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9" name="Picture 4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0" name="Picture 5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1" name="Picture 5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2" name="Picture 5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3" name="Picture 5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4" name="Picture 5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5" name="Picture 5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6" name="Picture 5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7" name="Picture 5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8" name="Picture 5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9" name="Picture 5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0" name="Picture 6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211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MedForm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form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017G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0211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</w:tbl>
    <w:sectPr w:rsidR="00FC693F" w:rsidRPr="0006063C" w:rsidSect="00034616">
      <w:headerReference w:type="default" r:id="rId9"/>
      <w:pgSz w:w="12240" w:h="15840"/>
      <w:pgMar w:top="720" w:right="270" w:bottom="144" w:left="270" w:header="144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center"/>
    </w:pPr>
    <w:r>
      <w:rPr>
        <w:i/>
        <w:sz w:val="14"/>
      </w:rPr>
      <w:t>Type the medication Name, Strength, and Form into the FIRST label below. Then click Print or Print Preview — it will automatically fill in all 60 labels for you!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ocumentProtection w:edit="forms" w:enforcement="1"/>
  <w:zoom w:val="bestFit"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