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6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INHALATION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R020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0260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 and Strength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