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2" w:name="MedForm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Form"/>
                        <w:enabled/>
                        <w:calcOnExit w:val="0"/>
                        <w:textInput>
                          <w:maxLength w:val="20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2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Name, Strength, and Form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