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INJ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VX024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 and Strength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